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8080"/>
          <w:sz w:val="40"/>
        </w:rPr>
        <w:t>CARNIVAL 2027</w:t>
        <w:br/>
        <w:t>DONATION &amp; SPONSORSHIP REQUEST</w:t>
      </w:r>
    </w:p>
    <w:p>
      <w:pPr>
        <w:jc w:val="center"/>
      </w:pPr>
      <w:r>
        <w:rPr>
          <w:b/>
          <w:sz w:val="26"/>
        </w:rPr>
        <w:t>Caribbean African American Athletic Social Club (CAAASC)</w:t>
      </w:r>
    </w:p>
    <w:p/>
    <w:p>
      <w:r>
        <w:rPr>
          <w:b/>
        </w:rPr>
        <w:t>Dear Community Partners, Business Owners, Friends &amp; Supporters,</w:t>
      </w:r>
    </w:p>
    <w:p>
      <w:r>
        <w:t>The Caribbean African American Athletic Social Club (CAAASC) is excited to begin preparations for Carnival 2027, and we are reaching out to our community for your support!</w:t>
      </w:r>
    </w:p>
    <w:p>
      <w:r>
        <w:rPr>
          <w:b/>
        </w:rPr>
        <w:t>Our fundraising goal is $20,000</w:t>
      </w:r>
      <w:r>
        <w:t>, and every contribution—large or small—will help us create a memorable Carnival experience while continuing the community programs that are at the heart of our organization.</w:t>
      </w:r>
    </w:p>
    <w:p>
      <w:r>
        <w:rPr>
          <w:b/>
          <w:color w:val="D62265"/>
          <w:sz w:val="28"/>
        </w:rPr>
        <w:t>We Are Gratefully Accepting</w:t>
      </w:r>
    </w:p>
    <w:p>
      <w:pPr>
        <w:pStyle w:val="ListBullet"/>
      </w:pPr>
      <w:r>
        <w:t>Monetary donations &amp; sponsorships</w:t>
      </w:r>
    </w:p>
    <w:p>
      <w:pPr>
        <w:pStyle w:val="ListBullet"/>
      </w:pPr>
      <w:r>
        <w:t>Water, juice &amp; refreshments</w:t>
      </w:r>
    </w:p>
    <w:p>
      <w:pPr>
        <w:pStyle w:val="ListBullet"/>
      </w:pPr>
      <w:r>
        <w:t>Snacks and treats for the children</w:t>
      </w:r>
    </w:p>
    <w:p>
      <w:pPr>
        <w:pStyle w:val="ListBullet"/>
      </w:pPr>
      <w:r>
        <w:t>Food and other event supplies</w:t>
      </w:r>
    </w:p>
    <w:p>
      <w:pPr>
        <w:pStyle w:val="ListBullet"/>
      </w:pPr>
      <w:r>
        <w:t>Business sponsorships and in-kind donations</w:t>
      </w:r>
    </w:p>
    <w:p>
      <w:r>
        <w:rPr>
          <w:b/>
          <w:color w:val="008080"/>
          <w:sz w:val="28"/>
        </w:rPr>
        <w:t>More Than Carnival — We Give Back All Year</w:t>
      </w:r>
    </w:p>
    <w:p>
      <w:r>
        <w:t>CAAASC is committed to uplifting and supporting families throughout our community. Our organization gives back through initiatives including:</w:t>
      </w:r>
    </w:p>
    <w:p>
      <w:pPr>
        <w:pStyle w:val="ListBullet"/>
      </w:pPr>
      <w:r>
        <w:t>Scholarships for students</w:t>
      </w:r>
    </w:p>
    <w:p>
      <w:pPr>
        <w:pStyle w:val="ListBullet"/>
      </w:pPr>
      <w:r>
        <w:t>Back-to-School Drives &amp; school supplies</w:t>
      </w:r>
    </w:p>
    <w:p>
      <w:pPr>
        <w:pStyle w:val="ListBullet"/>
      </w:pPr>
      <w:r>
        <w:t>Christmas toys and gifts for children</w:t>
      </w:r>
    </w:p>
    <w:p>
      <w:pPr>
        <w:pStyle w:val="ListBullet"/>
      </w:pPr>
      <w:r>
        <w:t>Thanksgiving dinners for families in need</w:t>
      </w:r>
    </w:p>
    <w:p>
      <w:pPr>
        <w:pStyle w:val="ListBullet"/>
      </w:pPr>
      <w:r>
        <w:t>Community outreach and support throughout the year</w:t>
      </w:r>
    </w:p>
    <w:p>
      <w:r>
        <w:t>When you sponsor or donate to Carnival 2027, you are supporting more than an event. You are investing in an organization dedicated to celebrating Caribbean and African American culture, bringing our community together, supporting our youth, and helping families in need.</w:t>
      </w:r>
    </w:p>
    <w:p>
      <w:pPr>
        <w:jc w:val="center"/>
      </w:pPr>
      <w:r>
        <w:rPr>
          <w:b/>
          <w:color w:val="D62265"/>
          <w:sz w:val="32"/>
        </w:rPr>
        <w:t>OUR 2027 GOAL: $20,000</w:t>
      </w:r>
    </w:p>
    <w:p>
      <w:r>
        <w:t>Whether you are able to donate $25, $50, $100, sponsor a portion of the event, provide cases of water or juice, donate snacks for the children, or make an in-kind contribution, every donation makes a difference.</w:t>
      </w:r>
    </w:p>
    <w:p>
      <w:r>
        <w:rPr>
          <w:b/>
        </w:rPr>
        <w:t>Local businesses and organizations are especially encouraged to partner with us as Carnival 2027 sponsors.</w:t>
      </w:r>
    </w:p>
    <w:p>
      <w:r>
        <w:t>Together, we can make Carnival 2027 bigger, brighter, and more impactful for our entire community.</w:t>
      </w:r>
    </w:p>
    <w:p>
      <w:r>
        <w:t>Thank you for believing in our mission and helping us continue to celebrate our culture, support our youth, and give back to our community.</w:t>
      </w:r>
    </w:p>
    <w:p>
      <w:pPr>
        <w:jc w:val="center"/>
      </w:pPr>
      <w:r>
        <w:rPr>
          <w:b/>
        </w:rPr>
        <w:t>Caribbean African American Athletic Social Club (CAAASC)</w:t>
        <w:br/>
        <w:t>Carnival 2027</w:t>
      </w:r>
    </w:p>
    <w:p>
      <w:pPr>
        <w:jc w:val="center"/>
      </w:pPr>
      <w:r>
        <w:rPr>
          <w:i/>
          <w:color w:val="008080"/>
        </w:rPr>
        <w:t>Culture • Community • Giving Back</w:t>
      </w:r>
    </w:p>
    <w:p>
      <w:pPr>
        <w:jc w:val="center"/>
      </w:pPr>
      <w:r>
        <w:rPr>
          <w:b/>
        </w:rPr>
        <w:t>Donation / Sponsorship Contact: +1 (781) 420-1757</w:t>
      </w:r>
    </w:p>
    <w:sectPr w:rsidR="00FC693F" w:rsidRPr="0006063C" w:rsidSect="00034616">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